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520F" w14:textId="43FE6A8B" w:rsidR="0044008A" w:rsidRPr="006A5A4F" w:rsidRDefault="00B610BC" w:rsidP="009B39BB">
      <w:pPr>
        <w:spacing w:after="0" w:line="276" w:lineRule="auto"/>
        <w:jc w:val="center"/>
        <w:rPr>
          <w:b/>
          <w:color w:val="auto"/>
          <w:sz w:val="30"/>
          <w:lang w:eastAsia="ja-JP"/>
        </w:rPr>
      </w:pPr>
      <w:r w:rsidRPr="006A5A4F">
        <w:rPr>
          <w:b/>
          <w:color w:val="auto"/>
          <w:sz w:val="30"/>
          <w:lang w:eastAsia="ja-JP"/>
        </w:rPr>
        <w:t>クラス会</w:t>
      </w:r>
      <w:r w:rsidR="009B39BB" w:rsidRPr="006A5A4F">
        <w:rPr>
          <w:rFonts w:hint="eastAsia"/>
          <w:b/>
          <w:color w:val="auto"/>
          <w:sz w:val="30"/>
          <w:lang w:eastAsia="ja-JP"/>
        </w:rPr>
        <w:t>等</w:t>
      </w:r>
      <w:r w:rsidRPr="006A5A4F">
        <w:rPr>
          <w:b/>
          <w:color w:val="auto"/>
          <w:sz w:val="30"/>
          <w:lang w:eastAsia="ja-JP"/>
        </w:rPr>
        <w:t>案内</w:t>
      </w:r>
      <w:r w:rsidRPr="006A5A4F">
        <w:rPr>
          <w:b/>
          <w:color w:val="auto"/>
          <w:sz w:val="30"/>
          <w:lang w:eastAsia="ja-JP"/>
        </w:rPr>
        <w:t xml:space="preserve"> </w:t>
      </w:r>
      <w:r w:rsidRPr="006A5A4F">
        <w:rPr>
          <w:b/>
          <w:color w:val="auto"/>
          <w:sz w:val="30"/>
          <w:lang w:eastAsia="ja-JP"/>
        </w:rPr>
        <w:t>代理発送依頼書</w:t>
      </w:r>
    </w:p>
    <w:p w14:paraId="4A2369CA" w14:textId="77777777" w:rsidR="009B39BB" w:rsidRPr="006A5A4F" w:rsidRDefault="009B39BB" w:rsidP="009B39BB">
      <w:pPr>
        <w:spacing w:after="0" w:line="276" w:lineRule="auto"/>
        <w:jc w:val="center"/>
        <w:rPr>
          <w:b/>
          <w:color w:val="auto"/>
          <w:sz w:val="30"/>
          <w:lang w:eastAsia="ja-JP"/>
        </w:rPr>
      </w:pPr>
    </w:p>
    <w:p w14:paraId="4C9B0D9A" w14:textId="77777777" w:rsidR="009B39BB" w:rsidRPr="006A5A4F" w:rsidRDefault="009B39BB" w:rsidP="009B39BB">
      <w:pPr>
        <w:spacing w:after="0" w:line="276" w:lineRule="auto"/>
        <w:jc w:val="center"/>
        <w:rPr>
          <w:color w:val="auto"/>
          <w:lang w:eastAsia="ja-JP"/>
        </w:rPr>
      </w:pPr>
    </w:p>
    <w:p w14:paraId="377C3709" w14:textId="51958C71" w:rsidR="0044008A" w:rsidRPr="006A5A4F" w:rsidRDefault="00B610BC" w:rsidP="009B39BB">
      <w:pPr>
        <w:spacing w:after="0" w:line="276" w:lineRule="auto"/>
        <w:rPr>
          <w:color w:val="auto"/>
          <w:lang w:eastAsia="ja-JP"/>
        </w:rPr>
      </w:pPr>
      <w:r w:rsidRPr="006A5A4F">
        <w:rPr>
          <w:color w:val="auto"/>
          <w:lang w:eastAsia="ja-JP"/>
        </w:rPr>
        <w:t>個人情報保護法および同窓会員のプライバシー保護を徹底するため、同窓会事務局（キャリア支援センター）にて案内状</w:t>
      </w:r>
      <w:r w:rsidR="009B39BB" w:rsidRPr="006A5A4F">
        <w:rPr>
          <w:rFonts w:hint="eastAsia"/>
          <w:color w:val="auto"/>
          <w:lang w:eastAsia="ja-JP"/>
        </w:rPr>
        <w:t>等</w:t>
      </w:r>
      <w:r w:rsidRPr="006A5A4F">
        <w:rPr>
          <w:color w:val="auto"/>
          <w:lang w:eastAsia="ja-JP"/>
        </w:rPr>
        <w:t>の代理発送を行います。以下の項目にすべてご記入の上、案内状の原稿を添えて事務局までご提出ください。</w:t>
      </w:r>
    </w:p>
    <w:p w14:paraId="4CE1C034" w14:textId="77777777" w:rsidR="009B39BB" w:rsidRPr="006A5A4F" w:rsidRDefault="009B39BB" w:rsidP="009B39BB">
      <w:pPr>
        <w:spacing w:after="0" w:line="276" w:lineRule="auto"/>
        <w:rPr>
          <w:color w:val="auto"/>
          <w:lang w:eastAsia="ja-JP"/>
        </w:rPr>
      </w:pP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44008A" w:rsidRPr="006A5A4F" w14:paraId="232CBAD1" w14:textId="77777777">
        <w:trPr>
          <w:jc w:val="center"/>
        </w:trPr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830E2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proofErr w:type="spellStart"/>
            <w:r w:rsidRPr="006A5A4F">
              <w:rPr>
                <w:color w:val="auto"/>
              </w:rPr>
              <w:t>申請日</w:t>
            </w:r>
            <w:proofErr w:type="spellEnd"/>
            <w:r w:rsidRPr="006A5A4F">
              <w:rPr>
                <w:color w:val="auto"/>
              </w:rPr>
              <w:t>：</w:t>
            </w:r>
            <w:r w:rsidRPr="006A5A4F">
              <w:rPr>
                <w:color w:val="auto"/>
              </w:rPr>
              <w:t xml:space="preserve"> 20      </w:t>
            </w:r>
            <w:r w:rsidRPr="006A5A4F">
              <w:rPr>
                <w:color w:val="auto"/>
              </w:rPr>
              <w:t>年</w:t>
            </w:r>
            <w:r w:rsidRPr="006A5A4F">
              <w:rPr>
                <w:color w:val="auto"/>
              </w:rPr>
              <w:t xml:space="preserve">       </w:t>
            </w:r>
            <w:r w:rsidRPr="006A5A4F">
              <w:rPr>
                <w:color w:val="auto"/>
              </w:rPr>
              <w:t>月</w:t>
            </w:r>
            <w:r w:rsidRPr="006A5A4F">
              <w:rPr>
                <w:color w:val="auto"/>
              </w:rPr>
              <w:t xml:space="preserve">       </w:t>
            </w:r>
            <w:r w:rsidRPr="006A5A4F">
              <w:rPr>
                <w:color w:val="auto"/>
              </w:rPr>
              <w:t>日</w:t>
            </w:r>
          </w:p>
        </w:tc>
        <w:tc>
          <w:tcPr>
            <w:tcW w:w="4608" w:type="dxa"/>
            <w:shd w:val="clear" w:color="auto" w:fill="F5F7F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A5B1C" w14:textId="77777777" w:rsidR="009B39BB" w:rsidRPr="006A5A4F" w:rsidRDefault="00B610BC" w:rsidP="009B39BB">
            <w:pPr>
              <w:spacing w:after="0" w:line="276" w:lineRule="auto"/>
              <w:rPr>
                <w:color w:val="auto"/>
                <w:sz w:val="17"/>
              </w:rPr>
            </w:pPr>
            <w:r w:rsidRPr="006A5A4F">
              <w:rPr>
                <w:color w:val="auto"/>
                <w:sz w:val="17"/>
              </w:rPr>
              <w:t>【事務局受付欄】受付日：</w:t>
            </w:r>
            <w:r w:rsidRPr="006A5A4F">
              <w:rPr>
                <w:color w:val="auto"/>
                <w:sz w:val="17"/>
              </w:rPr>
              <w:t xml:space="preserve">     /     </w:t>
            </w:r>
            <w:r w:rsidRPr="006A5A4F">
              <w:rPr>
                <w:color w:val="auto"/>
                <w:sz w:val="17"/>
              </w:rPr>
              <w:t>発送日：</w:t>
            </w:r>
            <w:r w:rsidRPr="006A5A4F">
              <w:rPr>
                <w:color w:val="auto"/>
                <w:sz w:val="17"/>
              </w:rPr>
              <w:t xml:space="preserve">     /     </w:t>
            </w:r>
          </w:p>
          <w:p w14:paraId="5958150F" w14:textId="35DB56B6" w:rsidR="0044008A" w:rsidRPr="006A5A4F" w:rsidRDefault="00B610BC" w:rsidP="009B39BB">
            <w:pPr>
              <w:spacing w:after="0" w:line="276" w:lineRule="auto"/>
              <w:ind w:firstLineChars="100" w:firstLine="170"/>
              <w:rPr>
                <w:color w:val="auto"/>
              </w:rPr>
            </w:pPr>
            <w:proofErr w:type="spellStart"/>
            <w:r w:rsidRPr="006A5A4F">
              <w:rPr>
                <w:color w:val="auto"/>
                <w:sz w:val="17"/>
              </w:rPr>
              <w:t>確認印</w:t>
            </w:r>
            <w:proofErr w:type="spellEnd"/>
            <w:r w:rsidRPr="006A5A4F">
              <w:rPr>
                <w:color w:val="auto"/>
                <w:sz w:val="17"/>
              </w:rPr>
              <w:t>：</w:t>
            </w:r>
          </w:p>
        </w:tc>
      </w:tr>
    </w:tbl>
    <w:p w14:paraId="060799A7" w14:textId="77777777" w:rsidR="0044008A" w:rsidRPr="006A5A4F" w:rsidRDefault="0044008A" w:rsidP="009B39BB">
      <w:pPr>
        <w:spacing w:after="0" w:line="276" w:lineRule="auto"/>
        <w:rPr>
          <w:color w:val="auto"/>
        </w:rPr>
      </w:pPr>
    </w:p>
    <w:p w14:paraId="6C9E5835" w14:textId="77777777" w:rsidR="0044008A" w:rsidRPr="006A5A4F" w:rsidRDefault="00B610BC" w:rsidP="009B39BB">
      <w:pPr>
        <w:pStyle w:val="1"/>
        <w:spacing w:before="0" w:line="276" w:lineRule="auto"/>
        <w:rPr>
          <w:color w:val="auto"/>
        </w:rPr>
      </w:pPr>
      <w:r w:rsidRPr="006A5A4F">
        <w:rPr>
          <w:rFonts w:ascii="Yu Gothic" w:hAnsi="Yu Gothic"/>
          <w:color w:val="auto"/>
          <w:sz w:val="24"/>
        </w:rPr>
        <w:t xml:space="preserve">1. </w:t>
      </w:r>
      <w:r w:rsidRPr="006A5A4F">
        <w:rPr>
          <w:rFonts w:ascii="Yu Gothic" w:hAnsi="Yu Gothic"/>
          <w:color w:val="auto"/>
          <w:sz w:val="24"/>
        </w:rPr>
        <w:t>申請者（代表幹事）連絡先</w:t>
      </w:r>
    </w:p>
    <w:tbl>
      <w:tblPr>
        <w:tblW w:w="9216" w:type="dxa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457"/>
        <w:gridCol w:w="6759"/>
      </w:tblGrid>
      <w:tr w:rsidR="0044008A" w:rsidRPr="006A5A4F" w14:paraId="29AD77BB" w14:textId="77777777" w:rsidTr="009B39BB">
        <w:trPr>
          <w:jc w:val="center"/>
        </w:trPr>
        <w:tc>
          <w:tcPr>
            <w:tcW w:w="2457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1AAE078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proofErr w:type="spellStart"/>
            <w:r w:rsidRPr="006A5A4F">
              <w:rPr>
                <w:b/>
                <w:color w:val="auto"/>
              </w:rPr>
              <w:t>氏名（フリガナ</w:t>
            </w:r>
            <w:proofErr w:type="spellEnd"/>
            <w:r w:rsidRPr="006A5A4F">
              <w:rPr>
                <w:b/>
                <w:color w:val="auto"/>
              </w:rPr>
              <w:t>）</w:t>
            </w:r>
          </w:p>
        </w:tc>
        <w:tc>
          <w:tcPr>
            <w:tcW w:w="6759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3720EC5" w14:textId="77777777" w:rsidR="0044008A" w:rsidRPr="006A5A4F" w:rsidRDefault="00B610BC" w:rsidP="009B39BB">
            <w:pPr>
              <w:spacing w:after="0" w:line="276" w:lineRule="auto"/>
              <w:ind w:firstLineChars="1700" w:firstLine="3230"/>
              <w:rPr>
                <w:color w:val="auto"/>
              </w:rPr>
            </w:pPr>
            <w:r w:rsidRPr="006A5A4F">
              <w:rPr>
                <w:color w:val="auto"/>
              </w:rPr>
              <w:t>（旧姓：　　　　　　　　）</w:t>
            </w:r>
            <w:r w:rsidRPr="006A5A4F">
              <w:rPr>
                <w:color w:val="auto"/>
              </w:rPr>
              <w:t xml:space="preserve">   </w:t>
            </w:r>
            <w:r w:rsidRPr="006A5A4F">
              <w:rPr>
                <w:color w:val="auto"/>
              </w:rPr>
              <w:t>印</w:t>
            </w:r>
          </w:p>
        </w:tc>
      </w:tr>
      <w:tr w:rsidR="0044008A" w:rsidRPr="006A5A4F" w14:paraId="353F7CEB" w14:textId="77777777" w:rsidTr="009B39BB">
        <w:trPr>
          <w:jc w:val="center"/>
        </w:trPr>
        <w:tc>
          <w:tcPr>
            <w:tcW w:w="2457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ED70471" w14:textId="77777777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b/>
                <w:color w:val="auto"/>
                <w:lang w:eastAsia="ja-JP"/>
              </w:rPr>
              <w:t>卒業学部・学科・卒業期</w:t>
            </w:r>
            <w:r w:rsidRPr="006A5A4F">
              <w:rPr>
                <w:b/>
                <w:color w:val="auto"/>
                <w:lang w:eastAsia="ja-JP"/>
              </w:rPr>
              <w:t>/</w:t>
            </w:r>
            <w:r w:rsidRPr="006A5A4F">
              <w:rPr>
                <w:b/>
                <w:color w:val="auto"/>
                <w:lang w:eastAsia="ja-JP"/>
              </w:rPr>
              <w:t>年度</w:t>
            </w:r>
          </w:p>
        </w:tc>
        <w:tc>
          <w:tcPr>
            <w:tcW w:w="6759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9D25625" w14:textId="77777777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color w:val="auto"/>
                <w:lang w:eastAsia="ja-JP"/>
              </w:rPr>
              <w:t xml:space="preserve">　　　　　学部　　　　　学科　　　　期生（</w:t>
            </w:r>
            <w:r w:rsidRPr="006A5A4F">
              <w:rPr>
                <w:color w:val="auto"/>
                <w:lang w:eastAsia="ja-JP"/>
              </w:rPr>
              <w:t xml:space="preserve"> 20</w:t>
            </w:r>
            <w:r w:rsidRPr="006A5A4F">
              <w:rPr>
                <w:color w:val="auto"/>
                <w:lang w:eastAsia="ja-JP"/>
              </w:rPr>
              <w:t xml:space="preserve">　　年度卒）</w:t>
            </w:r>
          </w:p>
        </w:tc>
      </w:tr>
      <w:tr w:rsidR="0044008A" w:rsidRPr="006A5A4F" w14:paraId="73B34430" w14:textId="77777777" w:rsidTr="009B39BB">
        <w:trPr>
          <w:jc w:val="center"/>
        </w:trPr>
        <w:tc>
          <w:tcPr>
            <w:tcW w:w="2457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FA8150B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proofErr w:type="spellStart"/>
            <w:r w:rsidRPr="006A5A4F">
              <w:rPr>
                <w:b/>
                <w:color w:val="auto"/>
              </w:rPr>
              <w:t>現住所</w:t>
            </w:r>
            <w:proofErr w:type="spellEnd"/>
          </w:p>
        </w:tc>
        <w:tc>
          <w:tcPr>
            <w:tcW w:w="6759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E3C2063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r w:rsidRPr="006A5A4F">
              <w:rPr>
                <w:color w:val="auto"/>
              </w:rPr>
              <w:t>〒</w:t>
            </w:r>
          </w:p>
        </w:tc>
      </w:tr>
      <w:tr w:rsidR="0044008A" w:rsidRPr="006A5A4F" w14:paraId="1E9F0B11" w14:textId="77777777" w:rsidTr="009B39BB">
        <w:trPr>
          <w:jc w:val="center"/>
        </w:trPr>
        <w:tc>
          <w:tcPr>
            <w:tcW w:w="2457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F4BD78E" w14:textId="77777777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b/>
                <w:color w:val="auto"/>
                <w:lang w:eastAsia="ja-JP"/>
              </w:rPr>
              <w:t>連絡先（電話／メール）</w:t>
            </w:r>
          </w:p>
        </w:tc>
        <w:tc>
          <w:tcPr>
            <w:tcW w:w="6759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B992EA3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r w:rsidRPr="006A5A4F">
              <w:rPr>
                <w:color w:val="auto"/>
              </w:rPr>
              <w:t xml:space="preserve">TEL: </w:t>
            </w:r>
            <w:r w:rsidRPr="006A5A4F">
              <w:rPr>
                <w:color w:val="auto"/>
              </w:rPr>
              <w:t xml:space="preserve">　　　</w:t>
            </w:r>
            <w:r w:rsidRPr="006A5A4F">
              <w:rPr>
                <w:color w:val="auto"/>
              </w:rPr>
              <w:t xml:space="preserve">- </w:t>
            </w:r>
            <w:r w:rsidRPr="006A5A4F">
              <w:rPr>
                <w:color w:val="auto"/>
              </w:rPr>
              <w:t xml:space="preserve">　　　</w:t>
            </w:r>
            <w:r w:rsidRPr="006A5A4F">
              <w:rPr>
                <w:color w:val="auto"/>
              </w:rPr>
              <w:t xml:space="preserve">- </w:t>
            </w:r>
            <w:r w:rsidRPr="006A5A4F">
              <w:rPr>
                <w:color w:val="auto"/>
              </w:rPr>
              <w:t xml:space="preserve">　　　　</w:t>
            </w:r>
            <w:r w:rsidRPr="006A5A4F">
              <w:rPr>
                <w:color w:val="auto"/>
              </w:rPr>
              <w:t xml:space="preserve"> / Mail: </w:t>
            </w:r>
          </w:p>
        </w:tc>
      </w:tr>
    </w:tbl>
    <w:p w14:paraId="56785B93" w14:textId="77777777" w:rsidR="0044008A" w:rsidRPr="006A5A4F" w:rsidRDefault="0044008A" w:rsidP="009B39BB">
      <w:pPr>
        <w:spacing w:after="0" w:line="276" w:lineRule="auto"/>
        <w:rPr>
          <w:color w:val="auto"/>
        </w:rPr>
      </w:pPr>
    </w:p>
    <w:p w14:paraId="625DEC6B" w14:textId="77777777" w:rsidR="0044008A" w:rsidRPr="006A5A4F" w:rsidRDefault="00B610BC" w:rsidP="009B39BB">
      <w:pPr>
        <w:pStyle w:val="1"/>
        <w:spacing w:before="0" w:line="276" w:lineRule="auto"/>
        <w:rPr>
          <w:color w:val="auto"/>
          <w:lang w:eastAsia="ja-JP"/>
        </w:rPr>
      </w:pPr>
      <w:r w:rsidRPr="006A5A4F">
        <w:rPr>
          <w:rFonts w:ascii="Yu Gothic" w:hAnsi="Yu Gothic"/>
          <w:color w:val="auto"/>
          <w:sz w:val="24"/>
          <w:lang w:eastAsia="ja-JP"/>
        </w:rPr>
        <w:t xml:space="preserve">2. </w:t>
      </w:r>
      <w:r w:rsidRPr="006A5A4F">
        <w:rPr>
          <w:rFonts w:ascii="Yu Gothic" w:hAnsi="Yu Gothic"/>
          <w:color w:val="auto"/>
          <w:sz w:val="24"/>
          <w:lang w:eastAsia="ja-JP"/>
        </w:rPr>
        <w:t>クラス会開催概要および発送依頼内容</w:t>
      </w:r>
    </w:p>
    <w:tbl>
      <w:tblPr>
        <w:tblW w:w="9271" w:type="dxa"/>
        <w:jc w:val="center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6786"/>
      </w:tblGrid>
      <w:tr w:rsidR="0044008A" w:rsidRPr="006A5A4F" w14:paraId="68996278" w14:textId="77777777" w:rsidTr="009B39BB">
        <w:trPr>
          <w:jc w:val="center"/>
        </w:trPr>
        <w:tc>
          <w:tcPr>
            <w:tcW w:w="2485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4843B2CA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proofErr w:type="spellStart"/>
            <w:r w:rsidRPr="006A5A4F">
              <w:rPr>
                <w:b/>
                <w:color w:val="auto"/>
              </w:rPr>
              <w:t>クラス会等の名称</w:t>
            </w:r>
            <w:proofErr w:type="spellEnd"/>
          </w:p>
        </w:tc>
        <w:tc>
          <w:tcPr>
            <w:tcW w:w="6786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82EDB21" w14:textId="77777777" w:rsidR="0044008A" w:rsidRPr="006A5A4F" w:rsidRDefault="00B610BC" w:rsidP="009B39BB">
            <w:pPr>
              <w:spacing w:after="0" w:line="276" w:lineRule="auto"/>
              <w:ind w:firstLineChars="2000" w:firstLine="3800"/>
              <w:rPr>
                <w:color w:val="auto"/>
              </w:rPr>
            </w:pPr>
            <w:r w:rsidRPr="006A5A4F">
              <w:rPr>
                <w:color w:val="auto"/>
              </w:rPr>
              <w:t>例：看護学科第</w:t>
            </w:r>
            <w:r w:rsidRPr="006A5A4F">
              <w:rPr>
                <w:color w:val="auto"/>
              </w:rPr>
              <w:t>20</w:t>
            </w:r>
            <w:r w:rsidRPr="006A5A4F">
              <w:rPr>
                <w:color w:val="auto"/>
              </w:rPr>
              <w:t>期生同窓会</w:t>
            </w:r>
          </w:p>
        </w:tc>
      </w:tr>
      <w:tr w:rsidR="0044008A" w:rsidRPr="006A5A4F" w14:paraId="4D45966C" w14:textId="77777777" w:rsidTr="009B39BB">
        <w:trPr>
          <w:jc w:val="center"/>
        </w:trPr>
        <w:tc>
          <w:tcPr>
            <w:tcW w:w="2485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F637B7F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r w:rsidRPr="006A5A4F">
              <w:rPr>
                <w:b/>
                <w:color w:val="auto"/>
              </w:rPr>
              <w:t>開催予定日時</w:t>
            </w:r>
          </w:p>
        </w:tc>
        <w:tc>
          <w:tcPr>
            <w:tcW w:w="6786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685922E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r w:rsidRPr="006A5A4F">
              <w:rPr>
                <w:color w:val="auto"/>
              </w:rPr>
              <w:t>2026</w:t>
            </w:r>
            <w:r w:rsidRPr="006A5A4F">
              <w:rPr>
                <w:color w:val="auto"/>
              </w:rPr>
              <w:t>年　　月　　日（　　）　　時　　分開会</w:t>
            </w:r>
            <w:r w:rsidRPr="006A5A4F">
              <w:rPr>
                <w:color w:val="auto"/>
              </w:rPr>
              <w:t xml:space="preserve"> </w:t>
            </w:r>
            <w:r w:rsidRPr="006A5A4F">
              <w:rPr>
                <w:color w:val="auto"/>
              </w:rPr>
              <w:t>予定</w:t>
            </w:r>
          </w:p>
        </w:tc>
      </w:tr>
      <w:tr w:rsidR="0044008A" w:rsidRPr="006A5A4F" w14:paraId="2701B6B5" w14:textId="77777777" w:rsidTr="009B39BB">
        <w:trPr>
          <w:jc w:val="center"/>
        </w:trPr>
        <w:tc>
          <w:tcPr>
            <w:tcW w:w="2485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1A8916B" w14:textId="77777777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r w:rsidRPr="006A5A4F">
              <w:rPr>
                <w:b/>
                <w:color w:val="auto"/>
              </w:rPr>
              <w:t>開催場所・会場名</w:t>
            </w:r>
          </w:p>
        </w:tc>
        <w:tc>
          <w:tcPr>
            <w:tcW w:w="6786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3ADF63BA" w14:textId="5B8AFB4B" w:rsidR="0044008A" w:rsidRPr="006A5A4F" w:rsidRDefault="00B610BC" w:rsidP="009B39BB">
            <w:pPr>
              <w:spacing w:after="0" w:line="276" w:lineRule="auto"/>
              <w:rPr>
                <w:color w:val="auto"/>
              </w:rPr>
            </w:pPr>
            <w:proofErr w:type="spellStart"/>
            <w:r w:rsidRPr="006A5A4F">
              <w:rPr>
                <w:color w:val="auto"/>
              </w:rPr>
              <w:t>会場名</w:t>
            </w:r>
            <w:proofErr w:type="spellEnd"/>
            <w:r w:rsidRPr="006A5A4F">
              <w:rPr>
                <w:color w:val="auto"/>
              </w:rPr>
              <w:t>：　　　　　　　　　　　　　（</w:t>
            </w:r>
            <w:proofErr w:type="spellStart"/>
            <w:r w:rsidRPr="006A5A4F">
              <w:rPr>
                <w:color w:val="auto"/>
              </w:rPr>
              <w:t>住所</w:t>
            </w:r>
            <w:proofErr w:type="spellEnd"/>
            <w:r w:rsidRPr="006A5A4F">
              <w:rPr>
                <w:color w:val="auto"/>
              </w:rPr>
              <w:t>：　　　　　　　　　　　）</w:t>
            </w:r>
          </w:p>
        </w:tc>
      </w:tr>
      <w:tr w:rsidR="0044008A" w:rsidRPr="006A5A4F" w14:paraId="3AB24FF5" w14:textId="77777777" w:rsidTr="009B39BB">
        <w:trPr>
          <w:jc w:val="center"/>
        </w:trPr>
        <w:tc>
          <w:tcPr>
            <w:tcW w:w="2485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07CAFE6C" w14:textId="77777777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b/>
                <w:color w:val="auto"/>
                <w:lang w:eastAsia="ja-JP"/>
              </w:rPr>
              <w:t>発送希望時期・対象範囲</w:t>
            </w:r>
          </w:p>
        </w:tc>
        <w:tc>
          <w:tcPr>
            <w:tcW w:w="6786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118F1F59" w14:textId="2910B731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color w:val="auto"/>
                <w:lang w:eastAsia="ja-JP"/>
              </w:rPr>
              <w:t>希望発送日：　月　　日頃</w:t>
            </w:r>
            <w:r w:rsidRPr="006A5A4F">
              <w:rPr>
                <w:color w:val="auto"/>
                <w:lang w:eastAsia="ja-JP"/>
              </w:rPr>
              <w:t xml:space="preserve">  /  </w:t>
            </w:r>
            <w:r w:rsidRPr="006A5A4F">
              <w:rPr>
                <w:color w:val="auto"/>
                <w:lang w:eastAsia="ja-JP"/>
              </w:rPr>
              <w:t>対象：　　期卒</w:t>
            </w:r>
            <w:r w:rsidRPr="006A5A4F">
              <w:rPr>
                <w:color w:val="auto"/>
                <w:lang w:eastAsia="ja-JP"/>
              </w:rPr>
              <w:t xml:space="preserve"> </w:t>
            </w:r>
            <w:r w:rsidRPr="006A5A4F">
              <w:rPr>
                <w:color w:val="auto"/>
                <w:lang w:eastAsia="ja-JP"/>
              </w:rPr>
              <w:t>全員（見込み発送数：</w:t>
            </w:r>
            <w:r w:rsidR="009B39BB" w:rsidRPr="006A5A4F">
              <w:rPr>
                <w:rFonts w:hint="eastAsia"/>
                <w:color w:val="auto"/>
                <w:lang w:eastAsia="ja-JP"/>
              </w:rPr>
              <w:t xml:space="preserve">　</w:t>
            </w:r>
            <w:r w:rsidRPr="006A5A4F">
              <w:rPr>
                <w:color w:val="auto"/>
                <w:lang w:eastAsia="ja-JP"/>
              </w:rPr>
              <w:t>名）</w:t>
            </w:r>
          </w:p>
        </w:tc>
      </w:tr>
      <w:tr w:rsidR="0044008A" w:rsidRPr="006A5A4F" w14:paraId="54CC9C29" w14:textId="77777777" w:rsidTr="009B39BB">
        <w:trPr>
          <w:jc w:val="center"/>
        </w:trPr>
        <w:tc>
          <w:tcPr>
            <w:tcW w:w="2485" w:type="dxa"/>
            <w:shd w:val="clear" w:color="auto" w:fill="F5F7F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65B22D70" w14:textId="77777777" w:rsidR="0044008A" w:rsidRPr="006A5A4F" w:rsidRDefault="00B610BC" w:rsidP="009B39BB">
            <w:pPr>
              <w:spacing w:after="0" w:line="276" w:lineRule="auto"/>
              <w:ind w:rightChars="-128" w:right="-243"/>
              <w:rPr>
                <w:color w:val="auto"/>
                <w:lang w:eastAsia="ja-JP"/>
              </w:rPr>
            </w:pPr>
            <w:r w:rsidRPr="006A5A4F">
              <w:rPr>
                <w:b/>
                <w:color w:val="auto"/>
                <w:lang w:eastAsia="ja-JP"/>
              </w:rPr>
              <w:t>案内状の種類（原稿添付要）</w:t>
            </w:r>
          </w:p>
        </w:tc>
        <w:tc>
          <w:tcPr>
            <w:tcW w:w="6786" w:type="dxa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7F860DCE" w14:textId="2F234F93" w:rsidR="0044008A" w:rsidRPr="006A5A4F" w:rsidRDefault="00B610BC" w:rsidP="009B39BB">
            <w:pPr>
              <w:spacing w:after="0" w:line="276" w:lineRule="auto"/>
              <w:rPr>
                <w:color w:val="auto"/>
                <w:lang w:eastAsia="ja-JP"/>
              </w:rPr>
            </w:pPr>
            <w:r w:rsidRPr="006A5A4F">
              <w:rPr>
                <w:color w:val="auto"/>
                <w:lang w:eastAsia="ja-JP"/>
              </w:rPr>
              <w:t xml:space="preserve">□ </w:t>
            </w:r>
            <w:r w:rsidRPr="006A5A4F">
              <w:rPr>
                <w:color w:val="auto"/>
                <w:lang w:eastAsia="ja-JP"/>
              </w:rPr>
              <w:t xml:space="preserve">往復ハガキ　　</w:t>
            </w:r>
            <w:r w:rsidRPr="006A5A4F">
              <w:rPr>
                <w:color w:val="auto"/>
                <w:lang w:eastAsia="ja-JP"/>
              </w:rPr>
              <w:t xml:space="preserve">□ </w:t>
            </w:r>
            <w:r w:rsidRPr="006A5A4F">
              <w:rPr>
                <w:color w:val="auto"/>
                <w:lang w:eastAsia="ja-JP"/>
              </w:rPr>
              <w:t xml:space="preserve">単ハガキ　　　</w:t>
            </w:r>
            <w:r w:rsidRPr="006A5A4F">
              <w:rPr>
                <w:color w:val="auto"/>
                <w:lang w:eastAsia="ja-JP"/>
              </w:rPr>
              <w:t xml:space="preserve">□ </w:t>
            </w:r>
            <w:r w:rsidRPr="006A5A4F">
              <w:rPr>
                <w:color w:val="auto"/>
                <w:lang w:eastAsia="ja-JP"/>
              </w:rPr>
              <w:t>その他（　　　　　　　　）</w:t>
            </w:r>
            <w:r w:rsidRPr="006A5A4F">
              <w:rPr>
                <w:color w:val="auto"/>
                <w:lang w:eastAsia="ja-JP"/>
              </w:rPr>
              <w:br/>
              <w:t>※</w:t>
            </w:r>
            <w:r w:rsidRPr="006A5A4F">
              <w:rPr>
                <w:color w:val="auto"/>
                <w:lang w:eastAsia="ja-JP"/>
              </w:rPr>
              <w:t>ハガキ・切手等の実費は同窓会より補助されます。発送用原稿を必ず添えてください。</w:t>
            </w:r>
          </w:p>
        </w:tc>
      </w:tr>
    </w:tbl>
    <w:p w14:paraId="26C9CF88" w14:textId="24825530" w:rsidR="0044008A" w:rsidRDefault="0044008A" w:rsidP="009B39BB">
      <w:pPr>
        <w:spacing w:after="0" w:line="276" w:lineRule="auto"/>
        <w:rPr>
          <w:lang w:eastAsia="ja-JP"/>
        </w:rPr>
      </w:pPr>
    </w:p>
    <w:sectPr w:rsidR="0044008A" w:rsidSect="009B39BB">
      <w:footerReference w:type="default" r:id="rId8"/>
      <w:pgSz w:w="12240" w:h="15840"/>
      <w:pgMar w:top="1985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B589F" w14:textId="77777777" w:rsidR="00A47C54" w:rsidRDefault="00A47C54" w:rsidP="006A5A4F">
      <w:pPr>
        <w:spacing w:after="0" w:line="240" w:lineRule="auto"/>
      </w:pPr>
      <w:r>
        <w:separator/>
      </w:r>
    </w:p>
  </w:endnote>
  <w:endnote w:type="continuationSeparator" w:id="0">
    <w:p w14:paraId="2ECE68D6" w14:textId="77777777" w:rsidR="00A47C54" w:rsidRDefault="00A47C54" w:rsidP="006A5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331F" w14:textId="6EB21B73" w:rsidR="006A5A4F" w:rsidRDefault="006A5A4F">
    <w:pPr>
      <w:pStyle w:val="a7"/>
      <w:rPr>
        <w:lang w:eastAsia="ja-JP"/>
      </w:rPr>
    </w:pPr>
    <w:r>
      <w:fldChar w:fldCharType="begin"/>
    </w:r>
    <w:r>
      <w:rPr>
        <w:lang w:eastAsia="ja-JP"/>
      </w:rPr>
      <w:instrText xml:space="preserve"> FILENAME \p \* MERGEFORMAT </w:instrText>
    </w:r>
    <w:r>
      <w:fldChar w:fldCharType="separate"/>
    </w:r>
    <w:r>
      <w:rPr>
        <w:noProof/>
        <w:lang w:eastAsia="ja-JP"/>
      </w:rPr>
      <w:t>\\192.168.1.10\</w:t>
    </w:r>
    <w:r>
      <w:rPr>
        <w:noProof/>
        <w:lang w:eastAsia="ja-JP"/>
      </w:rPr>
      <w:t>就職センター</w:t>
    </w:r>
    <w:r>
      <w:rPr>
        <w:noProof/>
        <w:lang w:eastAsia="ja-JP"/>
      </w:rPr>
      <w:t>(2014</w:t>
    </w:r>
    <w:r>
      <w:rPr>
        <w:noProof/>
        <w:lang w:eastAsia="ja-JP"/>
      </w:rPr>
      <w:t>以降）</w:t>
    </w:r>
    <w:r>
      <w:rPr>
        <w:noProof/>
        <w:lang w:eastAsia="ja-JP"/>
      </w:rPr>
      <w:t>\</w:t>
    </w:r>
    <w:r>
      <w:rPr>
        <w:noProof/>
        <w:lang w:eastAsia="ja-JP"/>
      </w:rPr>
      <w:t>キャリア支援センター</w:t>
    </w:r>
    <w:r>
      <w:rPr>
        <w:noProof/>
        <w:lang w:eastAsia="ja-JP"/>
      </w:rPr>
      <w:t>\N</w:t>
    </w:r>
    <w:r>
      <w:rPr>
        <w:noProof/>
        <w:lang w:eastAsia="ja-JP"/>
      </w:rPr>
      <w:t>同窓会</w:t>
    </w:r>
    <w:r>
      <w:rPr>
        <w:noProof/>
        <w:lang w:eastAsia="ja-JP"/>
      </w:rPr>
      <w:t>\09</w:t>
    </w:r>
    <w:r>
      <w:rPr>
        <w:noProof/>
        <w:lang w:eastAsia="ja-JP"/>
      </w:rPr>
      <w:t>クラス会支援</w:t>
    </w:r>
    <w:r>
      <w:rPr>
        <w:noProof/>
        <w:lang w:eastAsia="ja-JP"/>
      </w:rPr>
      <w:t>\</w:t>
    </w:r>
    <w:r>
      <w:rPr>
        <w:noProof/>
        <w:lang w:eastAsia="ja-JP"/>
      </w:rPr>
      <w:t>代理発送</w:t>
    </w:r>
    <w:r>
      <w:rPr>
        <w:noProof/>
        <w:lang w:eastAsia="ja-JP"/>
      </w:rPr>
      <w:t>\01-3_</w:t>
    </w:r>
    <w:r>
      <w:rPr>
        <w:noProof/>
        <w:lang w:eastAsia="ja-JP"/>
      </w:rPr>
      <w:t>クラス会案内</w:t>
    </w:r>
    <w:r>
      <w:rPr>
        <w:noProof/>
        <w:lang w:eastAsia="ja-JP"/>
      </w:rPr>
      <w:t xml:space="preserve"> </w:t>
    </w:r>
    <w:r>
      <w:rPr>
        <w:noProof/>
        <w:lang w:eastAsia="ja-JP"/>
      </w:rPr>
      <w:t>代理発送依頼書</w:t>
    </w:r>
    <w:r>
      <w:rPr>
        <w:noProof/>
        <w:lang w:eastAsia="ja-JP"/>
      </w:rPr>
      <w:t>.docx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8AC4" w14:textId="77777777" w:rsidR="00A47C54" w:rsidRDefault="00A47C54" w:rsidP="006A5A4F">
      <w:pPr>
        <w:spacing w:after="0" w:line="240" w:lineRule="auto"/>
      </w:pPr>
      <w:r>
        <w:separator/>
      </w:r>
    </w:p>
  </w:footnote>
  <w:footnote w:type="continuationSeparator" w:id="0">
    <w:p w14:paraId="7ABE2E80" w14:textId="77777777" w:rsidR="00A47C54" w:rsidRDefault="00A47C54" w:rsidP="006A5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2252895">
    <w:abstractNumId w:val="8"/>
  </w:num>
  <w:num w:numId="2" w16cid:durableId="603533182">
    <w:abstractNumId w:val="6"/>
  </w:num>
  <w:num w:numId="3" w16cid:durableId="2085568105">
    <w:abstractNumId w:val="5"/>
  </w:num>
  <w:num w:numId="4" w16cid:durableId="469783259">
    <w:abstractNumId w:val="4"/>
  </w:num>
  <w:num w:numId="5" w16cid:durableId="848374829">
    <w:abstractNumId w:val="7"/>
  </w:num>
  <w:num w:numId="6" w16cid:durableId="54932402">
    <w:abstractNumId w:val="3"/>
  </w:num>
  <w:num w:numId="7" w16cid:durableId="1829057387">
    <w:abstractNumId w:val="2"/>
  </w:num>
  <w:num w:numId="8" w16cid:durableId="1019625836">
    <w:abstractNumId w:val="1"/>
  </w:num>
  <w:num w:numId="9" w16cid:durableId="817115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C9"/>
    <w:rsid w:val="00034616"/>
    <w:rsid w:val="0006063C"/>
    <w:rsid w:val="0015074B"/>
    <w:rsid w:val="0029639D"/>
    <w:rsid w:val="00326F90"/>
    <w:rsid w:val="003A4C06"/>
    <w:rsid w:val="0044008A"/>
    <w:rsid w:val="00581061"/>
    <w:rsid w:val="0062072C"/>
    <w:rsid w:val="006A5A4F"/>
    <w:rsid w:val="009B39BB"/>
    <w:rsid w:val="00A47C54"/>
    <w:rsid w:val="00AA1D8D"/>
    <w:rsid w:val="00B47730"/>
    <w:rsid w:val="00B610B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072111"/>
  <w14:defaultImageDpi w14:val="300"/>
  <w15:docId w15:val="{521B8150-D0ED-4986-8504-E2892C898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60" w:line="300" w:lineRule="auto"/>
    </w:pPr>
    <w:rPr>
      <w:rFonts w:ascii="Yu Gothic" w:hAnsi="Yu Gothic"/>
      <w:color w:val="2B2B2B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櫻井 毅</cp:lastModifiedBy>
  <cp:revision>5</cp:revision>
  <dcterms:created xsi:type="dcterms:W3CDTF">2013-12-23T23:15:00Z</dcterms:created>
  <dcterms:modified xsi:type="dcterms:W3CDTF">2026-10-15T07:12:00Z</dcterms:modified>
  <cp:category/>
</cp:coreProperties>
</file>